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סוגי טקסטים – לכל טקסט יש מטרה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סוגי טקסטים – לכל טקסט יש מטרה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עשרת סוגי הטקסטים ואת מטרת כל אחד מהם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סימני היכר של כל סוג 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כתיבה קצרה לפי סוג טקסט נתון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זיהוי סוג 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טקסט מידעי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טקסט טיעוני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טקסט סיפורי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טקסט הוראות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טקסט תיאורי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לדווח על אירוע אקטואלי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מהסוג לסימן ההיכר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(יש עובדות, מספרים ומונחים)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(יש עמדה ברורה כמו 'לדעתי' או 'צריך')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(יש דמויות ועלילה)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(יש מספרים או נקודות - שלבים)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(יש שם של יצירה ותקציר)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טקסט תיאורי מתאר במילים ולא משכנע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זו בדיוק מטרת השיר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טקסט דיגיטלי בדרך כלל קצר מאוד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זו מטרת המכתב והפנייה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ביקורת מעריכה וממליצה, זו כן דעה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מידעי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טיעוני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סיפורי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הוראות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כתבה העיתונאית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להעריך לפי שימוש נכון בסימני ההיכר של כל סוג טקסט - למשל שם תואר בתיאורי, או 'לדעתי' בטיעוני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 צריכה לכלול שכנוע בעזרת נימוקים וראיות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 צריכה לכלול שלבים ממוספרים או נקודות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דוגמה סבירה של טקסט טיעוני או מודעה מתקבלת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להתחיל בהצגת הטבלה המלאה מהעמוד ולבקש מהתלמידים לכסות את עמודת הסימן ולנחש אותו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לעבוד בזוגות על חלק ההתאמה ואז לבדוק במליאה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אפשר לבקש מהתלמידים להקריא את המשפטים וללמד זיהוי הדדי בין חברי הכיתה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סוגי טקסטים – לכל טקסט יש מטרה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סוגי טקסטים – לכל טקסט יש מטרה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לכל טקסט יש מטרה. יש טקסט שנותן מידע, יש טקסט שמשכנע, ויש טקסט שמספר סיפור. בדף הזה נלמד להכיר כל סוג טקסט.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מטרה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הסיבה שבגללה כתבו את הטקסט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סימן היכר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או דבר שעוזר לזהות איזה סוג טקסט זה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עמדה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דעה או טענה שרוצים לשכנע בה אחרים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עלילה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רצף האירועים שקורים בסיפור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נמען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האדם שאליו פונים במכתב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נימוק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הסבר שתומך בטענה או בדעה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תקציר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סיכום קצר של תוכן היצירה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אקטואלי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מה שקורה עכשיו, חדשות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זיהוי סוג 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טקסט נותן מידע בלי לכתוב דעה?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טקסט מידעי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טקסט טיעוני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ביקורת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באיזה טקסט כותבים את הדעה שלנו?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טקסט תיאורי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טקסט טיעוני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כתבה עיתונאית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מודעה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טקסט מספר סיפור עם דמויות?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טקסט הוראות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טקסט מידעי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טקסט סיפורי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מכתב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איזה טקסט מסביר איך לעשות משהו שלב אחר שלב?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טקסט הוראות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ביקורת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כתבה עיתונאית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איזה טקסט מתאר דברים בפירוט רב?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טקסט דיגיטלי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טקסט תיאורי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מודעה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טקסט מידעי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מטרת הכתבה בעיתון?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לדווח על אירוע אקטואלי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לבטא רגש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להנחות שלב אחר שלב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לשכנע לקנות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מהסוג לסימן ההיכר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טקסט מידעי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יש שם של יצירה ותקציר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טקסט טיעוני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יש עובדות, מספרים ומונחים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טקסט סיפורי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יש עמדה ברורה כמו 'לדעתי' או 'צריך'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טקסט הוראות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יש דמויות ועלילה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ביקורת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יש מספרים או נקודות - שלבים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טקסט תיאורי מטרתו לשכנע את הקוראים בעמדה מסוימת.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שיר מבטא רגש או מחשבה בצורה אומנותית.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טקסט דיגיטלי הוא בדרך כלל טקסט ארוך ומפורט מאוד.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מכתב פונה לנמען מסוים כדי לבקש, להודות או להתלונן.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ביקורת מטרתה רק למסור מידע בלי להביע שום דעה.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מטרת הטקסט ה__________ היא למסור מידע ולהסביר נושא.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טקסט __________ משתמש בנימוקים כדי לשכנע את הקוראים.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בטקסט __________ יש דמויות ועלילה - משהו קורה.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טקסט ה__________ מנחה את הקוראים איך לעשות משהו צעד אחר צעד.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מטרת ה__________ היא לדווח מה קרה, למי, מתי ואיפה.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שניים מסוגי הטקסטים שלמדנו, וכתבו משפט אחד לדוגמה לכל סוג (למשל משפט תיאורי ומשפט טיעוני על אותו נושא).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המטרה של טקסט טיעוני?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מזהים טקסט הוראות?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לטקסט שמטרתו לשכנע.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סוגי טקסטים – לכל טקסט יש מטרה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