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עשרת סוגי הטקסטים ואת מטרת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היכר של כל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לפי סוג טקסט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טקסט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טקסט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טקסט תיאורי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לדווח על אירוע אקטואלי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מהסוג לסימן ההיכר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(יש עובדות, מספרים ומונחים)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(יש עמדה ברורה כמו 'לדעתי' או 'צריך')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(יש דמויות ועלילה)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(יש מספרים או נקודות - שלבים)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(יש שם של יצירה ותקציר)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טקסט תיאורי מתאר במילים ולא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מטרת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טקסט דיגיטלי בדרך כלל קצר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מטרת המכתב והפנייה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ביקורת מעריכה וממליצה, זו כן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כתבה העיתונאית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להעריך לפי שימוש נכון בסימני ההיכר של כל סוג טקסט - למשל שם תואר בתיאורי, או 'לדעתי' בטיעוני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שכנוע בעזרת נימוקים וראיות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שלבים ממוספרים או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של טקסט טיעוני או מודעה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הטבלה המלאה מהעמוד ולבקש מהתלמידים לכסות את עמודת הסימן ולנחש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על חלק ההתאמה ואז לבדוק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להקריא את המשפטים וללמד זיהוי הדדי בין חברי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טקסט שאנחנו קוראים או כותבים יש מטרה - למסור מידע, לשכנע, לספר, להנחות, לתאר, לפנות, לדווח, להעריך או לבטא רגש. בדף הזה נתרגל לזהות את סוג הטקסט לפי המטרה ולפי סימני ההיכר 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טקסט מטרתו למסור מידע ולהסביר נושא בלי להביע עמדה?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סוג טקסט נמצא ביטויים כמו 'לדעתי', 'צריך', 'חובה'?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טקסט כולל דמויות ועלילה - משהו קורה?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טקסט מופיעים שלבים ממוספרים או נקודות?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סוג טקסט מתאפיין בהרבה שמות תואר כדי לצייר תמונה במילים?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המטרה של כתבה עיתונאית?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לדווח על אירוע אקטואלי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לבטא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להנחות שלב אחר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לשכנע לקנות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מהסוג לסימן ההיכר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טקסט מידעי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 דמויות ועלילה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 שם של יצירה ותקציר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טקסט סיפורי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עובדות, מספרים ומונחים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טקסט הוראות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 עמדה ברורה כמו 'לדעתי' או 'צריך'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ביקורת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 מספרים או נקודות - שלבים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תיאורי מטרתו לשכנע את הקוראים בעמדה מסוימת.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מבטא רגש או מחשבה בצורה אומנותית.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דיגיטלי הוא בדרך כלל טקסט ארוך ומפורט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פונה לנמען מסוים כדי לבקש, להודות או להתלונן.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מטרתה רק למסור מידע בלי להביע שום דעה.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מטרת הטקסט ה__________ היא למסור מידע ולהסביר 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טקסט __________ משתמש בנימוקים כדי לשכנע את הקוראים.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בטקסט __________ יש דמויות ועלילה - משהו קורה.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טקסט ה__________ מנחה את הקוראים איך לעשות משהו צעד אחר צעד.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מטרת ה__________ היא לדווח מה קרה, למי, מתי ואיפה.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שניים מסוגי הטקסטים שלמדנו, וכתבו משפט אחד לדוגמה לכל סוג (למשל משפט תיאורי ומשפט טיעוני על אותו נושא).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של טקסט טיעוני?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מזהים טקסט הוראות?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לטקסט שמטרתו לשכנע.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– לכל טקסט יש מטרה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